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2"/>
        </w:rPr>
        <w:t>Lebenslauf</w:t>
      </w:r>
    </w:p>
    <w:p>
      <w:pPr>
        <w:spacing w:after="40" w:before="0"/>
      </w:pPr>
      <w:r>
        <w:rPr>
          <w:b w:val="0"/>
        </w:rPr>
        <w:t>Bewerbung um einen Ausbildungsplatz als Kauffrau für Büromanagement</w:t>
      </w:r>
    </w:p>
    <w:p>
      <w:pPr>
        <w:pStyle w:val="Heading1"/>
      </w:pPr>
      <w:r>
        <w:t>Persönliche Daten</w:t>
      </w:r>
    </w:p>
    <w:p>
      <w:r>
        <w:rPr>
          <w:b/>
        </w:rPr>
        <w:t xml:space="preserve">Name: </w:t>
      </w:r>
      <w:r>
        <w:t>Olena Beispiel</w:t>
      </w:r>
    </w:p>
    <w:p>
      <w:r>
        <w:rPr>
          <w:b/>
        </w:rPr>
        <w:t xml:space="preserve">Anschrift: </w:t>
      </w:r>
      <w:r>
        <w:t>Musterstraße 12, 55116 Mainz</w:t>
      </w:r>
    </w:p>
    <w:p>
      <w:r>
        <w:rPr>
          <w:b/>
        </w:rPr>
        <w:t xml:space="preserve">Telefon: </w:t>
      </w:r>
      <w:r>
        <w:t>0151 00000000</w:t>
      </w:r>
    </w:p>
    <w:p>
      <w:r>
        <w:rPr>
          <w:b/>
        </w:rPr>
        <w:t xml:space="preserve">E-Mail: </w:t>
      </w:r>
      <w:r>
        <w:t>olena.beispiel@example.com</w:t>
      </w:r>
    </w:p>
    <w:p>
      <w:r>
        <w:rPr>
          <w:b/>
        </w:rPr>
        <w:t xml:space="preserve">Geburtsdatum: </w:t>
      </w:r>
      <w:r>
        <w:t>14.03.2006</w:t>
      </w:r>
    </w:p>
    <w:p>
      <w:r>
        <w:rPr>
          <w:b/>
        </w:rPr>
        <w:t xml:space="preserve">Geburtsort: </w:t>
      </w:r>
      <w:r>
        <w:t>Charkiw, Ukraine</w:t>
      </w:r>
    </w:p>
    <w:p>
      <w:r>
        <w:rPr>
          <w:b/>
        </w:rPr>
        <w:t xml:space="preserve">Staatsangehörigkeit: </w:t>
      </w:r>
      <w:r>
        <w:t>ukrainisch</w:t>
      </w:r>
    </w:p>
    <w:p>
      <w:pPr>
        <w:pStyle w:val="Heading1"/>
      </w:pPr>
      <w:r>
        <w:t>Schulbildung</w:t>
      </w:r>
    </w:p>
    <w:p>
      <w:pPr>
        <w:keepNext/>
        <w:spacing w:after="0" w:before="60"/>
      </w:pPr>
      <w:r>
        <w:rPr>
          <w:b/>
        </w:rPr>
        <w:t>09/2023 - 06/2024</w:t>
      </w:r>
    </w:p>
    <w:p>
      <w:pPr>
        <w:keepNext/>
        <w:spacing w:after="0" w:before="0"/>
      </w:pPr>
      <w:r>
        <w:rPr>
          <w:b w:val="0"/>
        </w:rPr>
        <w:t>Integrationskurs, Mainz</w:t>
      </w:r>
    </w:p>
    <w:p>
      <w:pPr>
        <w:pStyle w:val="ListBullet"/>
      </w:pPr>
      <w:r>
        <w:t>Abschluss: Deutsch-Test für Zuwanderer (DTZ), Niveau B1</w:t>
      </w:r>
    </w:p>
    <w:p>
      <w:pPr>
        <w:pStyle w:val="ListBullet"/>
      </w:pPr>
      <w:r>
        <w:t>Orientierungskurs „Leben in Deutschland“ abgeschlossen</w:t>
      </w:r>
    </w:p>
    <w:p>
      <w:pPr>
        <w:keepNext/>
        <w:spacing w:after="0" w:before="60"/>
      </w:pPr>
      <w:r>
        <w:rPr>
          <w:b/>
        </w:rPr>
        <w:t>09/2012 - 06/2023</w:t>
      </w:r>
    </w:p>
    <w:p>
      <w:pPr>
        <w:keepNext/>
        <w:spacing w:after="0" w:before="0"/>
      </w:pPr>
      <w:r>
        <w:rPr>
          <w:b w:val="0"/>
        </w:rPr>
        <w:t>Allgemeinbildende Schule, Charkiw, Ukraine</w:t>
      </w:r>
    </w:p>
    <w:p>
      <w:pPr>
        <w:pStyle w:val="ListBullet"/>
      </w:pPr>
      <w:r>
        <w:t>Abschluss: Zeugnis über die vollständige allgemeine Sekundarbildung (11 Klassen)</w:t>
      </w:r>
    </w:p>
    <w:p>
      <w:pPr>
        <w:pStyle w:val="ListBullet"/>
      </w:pPr>
      <w:r>
        <w:t>Anerkennung in Deutschland beantragt</w:t>
      </w:r>
    </w:p>
    <w:p>
      <w:pPr>
        <w:pStyle w:val="Heading1"/>
      </w:pPr>
      <w:r>
        <w:t>Praktische Erfahrung</w:t>
      </w:r>
    </w:p>
    <w:p>
      <w:pPr>
        <w:keepNext/>
        <w:spacing w:after="0" w:before="60"/>
      </w:pPr>
      <w:r>
        <w:rPr>
          <w:b/>
        </w:rPr>
        <w:t>07/2024 - 08/2024</w:t>
      </w:r>
    </w:p>
    <w:p>
      <w:pPr>
        <w:keepNext/>
        <w:spacing w:after="0" w:before="0"/>
      </w:pPr>
      <w:r>
        <w:rPr>
          <w:b w:val="0"/>
        </w:rPr>
        <w:t>Praktikum im Büro einer Steuerberatungskanzlei, Mainz (3 Wochen)</w:t>
      </w:r>
    </w:p>
    <w:p>
      <w:pPr>
        <w:pStyle w:val="ListBullet"/>
      </w:pPr>
      <w:r>
        <w:t>Eingangspost sortiert, Unterlagen gescannt und digital abgelegt</w:t>
      </w:r>
    </w:p>
    <w:p>
      <w:pPr>
        <w:pStyle w:val="ListBullet"/>
      </w:pPr>
      <w:r>
        <w:t>Telefonate angenommen, Termine im Kalender eingetragen</w:t>
      </w:r>
    </w:p>
    <w:p>
      <w:pPr>
        <w:pStyle w:val="Heading1"/>
      </w:pPr>
      <w:r>
        <w:t>Berufserfahrung</w:t>
      </w:r>
    </w:p>
    <w:p>
      <w:pPr>
        <w:keepNext/>
        <w:spacing w:after="0" w:before="60"/>
      </w:pPr>
      <w:r>
        <w:rPr>
          <w:b/>
        </w:rPr>
        <w:t>10/2024 - heute</w:t>
      </w:r>
    </w:p>
    <w:p>
      <w:pPr>
        <w:keepNext/>
        <w:spacing w:after="0" w:before="0"/>
      </w:pPr>
      <w:r>
        <w:rPr>
          <w:b w:val="0"/>
        </w:rPr>
        <w:t>Minijob als Verkaufsaushilfe in einer Bäckerei, Mainz</w:t>
      </w:r>
    </w:p>
    <w:p>
      <w:pPr>
        <w:pStyle w:val="ListBullet"/>
      </w:pPr>
      <w:r>
        <w:t>Kundinnen und Kunden bedient, Kasse geführt und abgerechnet</w:t>
      </w:r>
    </w:p>
    <w:p>
      <w:pPr>
        <w:pStyle w:val="ListBullet"/>
      </w:pPr>
      <w:r>
        <w:t>Ware angenommen und Bestellungen vorbereitet</w:t>
      </w:r>
    </w:p>
    <w:p>
      <w:pPr>
        <w:pStyle w:val="Heading1"/>
      </w:pPr>
      <w:r>
        <w:t>Sprachkenntnisse</w:t>
      </w:r>
    </w:p>
    <w:p>
      <w:r>
        <w:rPr>
          <w:b/>
        </w:rPr>
        <w:t xml:space="preserve">Ukrainisch: </w:t>
      </w:r>
      <w:r>
        <w:t>Muttersprache</w:t>
      </w:r>
    </w:p>
    <w:p>
      <w:r>
        <w:rPr>
          <w:b/>
        </w:rPr>
        <w:t xml:space="preserve">Deutsch: </w:t>
      </w:r>
      <w:r>
        <w:t>B1 (GER), Deutsch-Test für Zuwanderer</w:t>
      </w:r>
    </w:p>
    <w:p>
      <w:r>
        <w:rPr>
          <w:b/>
        </w:rPr>
        <w:t xml:space="preserve">Englisch: </w:t>
      </w:r>
      <w:r>
        <w:t>B1 (GER)</w:t>
      </w:r>
    </w:p>
    <w:p>
      <w:r>
        <w:rPr>
          <w:b/>
        </w:rPr>
        <w:t xml:space="preserve">Russisch: </w:t>
      </w:r>
      <w:r>
        <w:t>fließend</w:t>
      </w:r>
    </w:p>
    <w:p>
      <w:pPr>
        <w:pStyle w:val="Heading1"/>
      </w:pPr>
      <w:r>
        <w:t>Kenntnisse und Fähigkeiten</w:t>
      </w:r>
    </w:p>
    <w:p>
      <w:pPr>
        <w:pStyle w:val="ListBullet"/>
      </w:pPr>
      <w:r>
        <w:t>MS Office: Word, Excel, Outlook (sicher)</w:t>
      </w:r>
    </w:p>
    <w:p>
      <w:pPr>
        <w:pStyle w:val="ListBullet"/>
      </w:pPr>
      <w:r>
        <w:t>10-Finger-System</w:t>
      </w:r>
    </w:p>
    <w:p>
      <w:pPr>
        <w:pStyle w:val="ListBullet"/>
      </w:pPr>
      <w:r>
        <w:t>Sorgfältige Ablage und Terminplanung</w:t>
      </w:r>
    </w:p>
    <w:p>
      <w:pPr>
        <w:pStyle w:val="Heading1"/>
      </w:pPr>
      <w:r>
        <w:t>Hobbys und Interessen</w:t>
      </w:r>
    </w:p>
    <w:p>
      <w:pPr>
        <w:pStyle w:val="ListBullet"/>
      </w:pPr>
      <w:r>
        <w:t>Volleyball im Verein</w:t>
      </w:r>
    </w:p>
    <w:p>
      <w:pPr>
        <w:pStyle w:val="ListBullet"/>
      </w:pPr>
      <w:r>
        <w:t>Ehrenamtliche Hilfe beim Übersetzen für ukrainische Familien</w:t>
      </w:r>
    </w:p>
    <w:p>
      <w:pPr>
        <w:pStyle w:val="ListBullet"/>
      </w:pPr>
      <w:r>
        <w:t>Fotografie</w:t>
      </w:r>
    </w:p>
    <w:p>
      <w:pPr>
        <w:spacing w:after="0" w:before="160"/>
      </w:pPr>
      <w:r>
        <w:rPr>
          <w:b w:val="0"/>
        </w:rPr>
        <w:t>Mainz, 28.09.2026</w:t>
      </w:r>
    </w:p>
    <w:p>
      <w:pPr>
        <w:spacing w:after="0" w:before="320"/>
      </w:pPr>
      <w:r>
        <w:rPr>
          <w:b w:val="0"/>
        </w:rPr>
        <w:t>______________________________</w:t>
      </w:r>
    </w:p>
    <w:p>
      <w:pPr>
        <w:spacing w:after="0" w:before="0"/>
      </w:pPr>
      <w:r>
        <w:rPr>
          <w:b w:val="0"/>
        </w:rPr>
        <w:t>Olena Beispiel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cs="Arial" w:eastAsia="Arial"/>
      <w:b w:val="0"/>
      <w:i w:val="0"/>
      <w:color w:val="000000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 w:line="240" w:lineRule="auto"/>
      <w:outlineLvl w:val="0"/>
    </w:pPr>
    <w:rPr>
      <w:rFonts w:ascii="Arial" w:hAnsi="Arial" w:cs="Arial" w:eastAsia="Arial"/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0" w:line="240" w:lineRule="auto"/>
      <w:contextualSpacing/>
    </w:pPr>
    <w:rPr>
      <w:rFonts w:ascii="Arial" w:hAnsi="Arial" w:cs="Arial" w:eastAsia="Arial"/>
      <w:b w:val="0"/>
      <w:i w:val="0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Muster Ausbildung</dc:title>
  <dc:subject/>
  <dc:creator>deutschland-gecheckt.de</dc:creator>
  <cp:keywords/>
  <dc:description/>
  <cp:lastModifiedBy>deutschland-gecheckt.de</cp:lastModifiedBy>
  <cp:revision>1</cp:revision>
  <dcterms:created xsi:type="dcterms:W3CDTF">2026-09-28T08:00:00Z</dcterms:created>
  <dcterms:modified xsi:type="dcterms:W3CDTF">2026-09-28T08:00:00Z</dcterms:modified>
  <cp:category/>
  <dc:language>de-DE</dc:language>
</cp:coreProperties>
</file>